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8E5F1" w14:textId="77777777" w:rsidR="00122342" w:rsidRDefault="00122342" w:rsidP="00D444CE">
      <w:pPr>
        <w:pStyle w:val="Titel"/>
        <w:rPr>
          <w:sz w:val="36"/>
          <w:szCs w:val="36"/>
          <w:lang w:val="nl-NL"/>
        </w:rPr>
      </w:pPr>
      <w:bookmarkStart w:id="0" w:name="_Hlk200967746"/>
    </w:p>
    <w:p w14:paraId="5066F36E" w14:textId="77777777" w:rsidR="00122342" w:rsidRDefault="00122342" w:rsidP="00D444CE">
      <w:pPr>
        <w:pStyle w:val="Titel"/>
        <w:rPr>
          <w:sz w:val="36"/>
          <w:szCs w:val="36"/>
          <w:lang w:val="nl-NL"/>
        </w:rPr>
      </w:pPr>
    </w:p>
    <w:p w14:paraId="3EC1553D" w14:textId="20509E62" w:rsidR="00122342" w:rsidRPr="00A47892" w:rsidRDefault="00B24EC1" w:rsidP="00A47892">
      <w:pPr>
        <w:pStyle w:val="Titel"/>
        <w:rPr>
          <w:sz w:val="36"/>
          <w:szCs w:val="36"/>
          <w:lang w:val="nl-NL"/>
        </w:rPr>
      </w:pPr>
      <w:r w:rsidRPr="00D444CE">
        <w:rPr>
          <w:sz w:val="36"/>
          <w:szCs w:val="36"/>
          <w:lang w:val="nl-NL"/>
        </w:rPr>
        <w:t xml:space="preserve">Belangstellingsformulier – Interesse in </w:t>
      </w:r>
      <w:r w:rsidR="00FB1E89">
        <w:rPr>
          <w:sz w:val="36"/>
          <w:szCs w:val="36"/>
          <w:lang w:val="nl-NL"/>
        </w:rPr>
        <w:t xml:space="preserve">de </w:t>
      </w:r>
      <w:r w:rsidR="00A55CEA">
        <w:rPr>
          <w:sz w:val="36"/>
          <w:szCs w:val="36"/>
          <w:lang w:val="nl-NL"/>
        </w:rPr>
        <w:t>St. Aloysiusschool</w:t>
      </w:r>
    </w:p>
    <w:p w14:paraId="4352B2E1" w14:textId="18959D54" w:rsidR="008D78EF" w:rsidRPr="000B54FC" w:rsidRDefault="00B24EC1" w:rsidP="00053105">
      <w:pPr>
        <w:pStyle w:val="Kop1"/>
        <w:spacing w:line="240" w:lineRule="auto"/>
        <w:rPr>
          <w:sz w:val="26"/>
          <w:szCs w:val="26"/>
          <w:lang w:val="nl-NL"/>
        </w:rPr>
      </w:pPr>
      <w:bookmarkStart w:id="1" w:name="_Hlk205659693"/>
      <w:r w:rsidRPr="000B54FC">
        <w:rPr>
          <w:sz w:val="26"/>
          <w:szCs w:val="26"/>
          <w:lang w:val="nl-NL"/>
        </w:rPr>
        <w:t>Waarom dit formulier?</w:t>
      </w:r>
    </w:p>
    <w:bookmarkEnd w:id="1"/>
    <w:p w14:paraId="14001D47" w14:textId="77777777" w:rsidR="00053105" w:rsidRDefault="00053105" w:rsidP="00053105">
      <w:pPr>
        <w:spacing w:line="240" w:lineRule="auto"/>
        <w:rPr>
          <w:lang w:val="nl-NL"/>
        </w:rPr>
      </w:pPr>
    </w:p>
    <w:p w14:paraId="56A542EB" w14:textId="5DB65AAE" w:rsidR="008D78EF" w:rsidRPr="00374925" w:rsidRDefault="00B50CCF">
      <w:pPr>
        <w:rPr>
          <w:lang w:val="nl-NL"/>
        </w:rPr>
      </w:pPr>
      <w:r w:rsidRPr="00D5614D">
        <w:rPr>
          <w:lang w:val="nl-NL"/>
        </w:rPr>
        <w:t>Als uw kind nog jonger dan 3 jaar is, laat u m</w:t>
      </w:r>
      <w:r w:rsidR="00B24EC1" w:rsidRPr="00D5614D">
        <w:rPr>
          <w:lang w:val="nl-NL"/>
        </w:rPr>
        <w:t>et dit belangstellingsformulier weten dat u interesse heeft</w:t>
      </w:r>
      <w:r w:rsidR="00B24EC1" w:rsidRPr="00374925">
        <w:rPr>
          <w:lang w:val="nl-NL"/>
        </w:rPr>
        <w:t xml:space="preserve"> in deze school voor uw kind. Dit is nog geen aanmelding en het geeft geen garantie op een plek.</w:t>
      </w:r>
      <w:r w:rsidR="00B24EC1" w:rsidRPr="00374925">
        <w:rPr>
          <w:lang w:val="nl-NL"/>
        </w:rPr>
        <w:br/>
      </w:r>
      <w:r w:rsidR="00B24EC1" w:rsidRPr="00374925">
        <w:rPr>
          <w:lang w:val="nl-NL"/>
        </w:rPr>
        <w:br/>
        <w:t>Alle basisscholen in Baarn gebruiken hetzelfde formulier. Zo krijgen de scholen een beter beeld van hoeveel kinderen er in de toekomst mogelijk zullen worden aangemeld.</w:t>
      </w:r>
      <w:r w:rsidR="00B24EC1" w:rsidRPr="00374925">
        <w:rPr>
          <w:lang w:val="nl-NL"/>
        </w:rPr>
        <w:br/>
      </w:r>
      <w:r w:rsidR="00B24EC1" w:rsidRPr="00374925">
        <w:rPr>
          <w:lang w:val="nl-NL"/>
        </w:rPr>
        <w:br/>
        <w:t xml:space="preserve">Wanneer uw kind drie jaar wordt, mag de school contact met u opnemen om te vragen of u nog steeds belangstelling heeft. U kunt dan ook laten weten of u uw kind inmiddels ergens anders heeft aangemeld. Zo houden </w:t>
      </w:r>
      <w:r w:rsidR="00053105">
        <w:rPr>
          <w:lang w:val="nl-NL"/>
        </w:rPr>
        <w:t>we</w:t>
      </w:r>
      <w:r w:rsidR="00B24EC1" w:rsidRPr="00374925">
        <w:rPr>
          <w:lang w:val="nl-NL"/>
        </w:rPr>
        <w:t xml:space="preserve"> de lijs</w:t>
      </w:r>
      <w:r w:rsidR="00D877F6">
        <w:rPr>
          <w:lang w:val="nl-NL"/>
        </w:rPr>
        <w:t>t</w:t>
      </w:r>
      <w:r w:rsidR="00B24EC1" w:rsidRPr="00374925">
        <w:rPr>
          <w:lang w:val="nl-NL"/>
        </w:rPr>
        <w:t xml:space="preserve"> up-to-date.</w:t>
      </w:r>
      <w:r w:rsidR="00B24EC1" w:rsidRPr="00374925">
        <w:rPr>
          <w:lang w:val="nl-NL"/>
        </w:rPr>
        <w:br/>
      </w:r>
      <w:r w:rsidR="00B24EC1" w:rsidRPr="00374925">
        <w:rPr>
          <w:lang w:val="nl-NL"/>
        </w:rPr>
        <w:br/>
      </w:r>
      <w:r w:rsidR="00B24EC1" w:rsidRPr="00D444CE">
        <w:rPr>
          <w:b/>
          <w:bCs/>
          <w:lang w:val="nl-NL"/>
        </w:rPr>
        <w:t>Wanneer aanmelden?</w:t>
      </w:r>
      <w:r w:rsidR="00B24EC1" w:rsidRPr="00374925">
        <w:rPr>
          <w:lang w:val="nl-NL"/>
        </w:rPr>
        <w:br/>
      </w:r>
      <w:r w:rsidR="00B24EC1" w:rsidRPr="00D5614D">
        <w:rPr>
          <w:lang w:val="nl-NL"/>
        </w:rPr>
        <w:t xml:space="preserve">U kunt uw kind aanmelden in </w:t>
      </w:r>
      <w:r w:rsidR="00700109" w:rsidRPr="00D5614D">
        <w:rPr>
          <w:lang w:val="nl-NL"/>
        </w:rPr>
        <w:t>de periode</w:t>
      </w:r>
      <w:r w:rsidR="00B24EC1" w:rsidRPr="00D5614D">
        <w:rPr>
          <w:lang w:val="nl-NL"/>
        </w:rPr>
        <w:t xml:space="preserve"> waarin het drie jaar wordt:</w:t>
      </w:r>
      <w:r w:rsidR="00B24EC1" w:rsidRPr="00D5614D">
        <w:rPr>
          <w:lang w:val="nl-NL"/>
        </w:rPr>
        <w:br/>
        <w:t xml:space="preserve">- </w:t>
      </w:r>
      <w:r w:rsidR="00167A77">
        <w:rPr>
          <w:lang w:val="nl-NL"/>
        </w:rPr>
        <w:t>t</w:t>
      </w:r>
      <w:r w:rsidR="00B24EC1" w:rsidRPr="00D5614D">
        <w:rPr>
          <w:lang w:val="nl-NL"/>
        </w:rPr>
        <w:t>ussen 1 juni en 30 september</w:t>
      </w:r>
      <w:r w:rsidR="00B24EC1" w:rsidRPr="00D5614D">
        <w:rPr>
          <w:lang w:val="nl-NL"/>
        </w:rPr>
        <w:br/>
        <w:t xml:space="preserve">- </w:t>
      </w:r>
      <w:r w:rsidR="00167A77">
        <w:rPr>
          <w:lang w:val="nl-NL"/>
        </w:rPr>
        <w:t>t</w:t>
      </w:r>
      <w:r w:rsidR="00B24EC1" w:rsidRPr="00D5614D">
        <w:rPr>
          <w:lang w:val="nl-NL"/>
        </w:rPr>
        <w:t>ussen 1 oktober en 31 december</w:t>
      </w:r>
      <w:r w:rsidR="00B24EC1" w:rsidRPr="00D5614D">
        <w:rPr>
          <w:lang w:val="nl-NL"/>
        </w:rPr>
        <w:br/>
        <w:t xml:space="preserve">- </w:t>
      </w:r>
      <w:r w:rsidR="00167A77">
        <w:rPr>
          <w:lang w:val="nl-NL"/>
        </w:rPr>
        <w:t>t</w:t>
      </w:r>
      <w:r w:rsidR="00B24EC1" w:rsidRPr="00D5614D">
        <w:rPr>
          <w:lang w:val="nl-NL"/>
        </w:rPr>
        <w:t>ussen 1 januari en 31 maart</w:t>
      </w:r>
      <w:r w:rsidR="00B24EC1" w:rsidRPr="00D5614D">
        <w:rPr>
          <w:lang w:val="nl-NL"/>
        </w:rPr>
        <w:br/>
        <w:t xml:space="preserve">- </w:t>
      </w:r>
      <w:r w:rsidR="00167A77">
        <w:rPr>
          <w:lang w:val="nl-NL"/>
        </w:rPr>
        <w:t>t</w:t>
      </w:r>
      <w:r w:rsidR="00B24EC1" w:rsidRPr="00D5614D">
        <w:rPr>
          <w:lang w:val="nl-NL"/>
        </w:rPr>
        <w:t>ussen 1 april en 31 mei</w:t>
      </w:r>
      <w:r w:rsidR="00B24EC1" w:rsidRPr="00D5614D">
        <w:rPr>
          <w:lang w:val="nl-NL"/>
        </w:rPr>
        <w:br/>
      </w:r>
      <w:r w:rsidR="00B24EC1" w:rsidRPr="00D5614D">
        <w:rPr>
          <w:lang w:val="nl-NL"/>
        </w:rPr>
        <w:br/>
      </w:r>
      <w:r w:rsidR="00B24EC1" w:rsidRPr="00D5614D">
        <w:rPr>
          <w:b/>
          <w:bCs/>
          <w:lang w:val="nl-NL"/>
        </w:rPr>
        <w:t>Hoe aanmelden?</w:t>
      </w:r>
      <w:r w:rsidR="00B24EC1" w:rsidRPr="00D5614D">
        <w:rPr>
          <w:lang w:val="nl-NL"/>
        </w:rPr>
        <w:br/>
        <w:t xml:space="preserve">Aanmelden doet u rechtstreeks </w:t>
      </w:r>
      <w:r w:rsidR="00053105">
        <w:rPr>
          <w:lang w:val="nl-NL"/>
        </w:rPr>
        <w:t>door het invullen van het aanmeldformulier van</w:t>
      </w:r>
      <w:r w:rsidR="00B24EC1" w:rsidRPr="00D5614D">
        <w:rPr>
          <w:lang w:val="nl-NL"/>
        </w:rPr>
        <w:t xml:space="preserve"> de school van uw voorkeur, </w:t>
      </w:r>
      <w:r w:rsidR="00053105">
        <w:rPr>
          <w:lang w:val="nl-NL"/>
        </w:rPr>
        <w:t xml:space="preserve">deze kunt u via </w:t>
      </w:r>
      <w:r w:rsidR="00B24EC1" w:rsidRPr="00D5614D">
        <w:rPr>
          <w:lang w:val="nl-NL"/>
        </w:rPr>
        <w:t>e-mail</w:t>
      </w:r>
      <w:r w:rsidR="00A47892">
        <w:rPr>
          <w:lang w:val="nl-NL"/>
        </w:rPr>
        <w:t xml:space="preserve"> naar de betreffende school sturen</w:t>
      </w:r>
      <w:r w:rsidR="00B24EC1" w:rsidRPr="00D5614D">
        <w:rPr>
          <w:lang w:val="nl-NL"/>
        </w:rPr>
        <w:t xml:space="preserve">. </w:t>
      </w:r>
      <w:r w:rsidR="00A81EFC" w:rsidRPr="00D5614D">
        <w:rPr>
          <w:lang w:val="nl-NL"/>
        </w:rPr>
        <w:t>De school gaat dan beoordelen of zij tot plaatsing van uw kind kan overgaan en laat u dat weten.</w:t>
      </w:r>
    </w:p>
    <w:p w14:paraId="68F7E531" w14:textId="77777777" w:rsidR="00053105" w:rsidRDefault="00053105">
      <w:pPr>
        <w:pStyle w:val="Kop2"/>
        <w:rPr>
          <w:lang w:val="nl-NL"/>
        </w:rPr>
      </w:pPr>
    </w:p>
    <w:p w14:paraId="1D0521C4" w14:textId="7DF63262" w:rsidR="008D78EF" w:rsidRPr="00374925" w:rsidRDefault="00B24EC1">
      <w:pPr>
        <w:pStyle w:val="Kop2"/>
        <w:rPr>
          <w:lang w:val="nl-NL"/>
        </w:rPr>
      </w:pPr>
      <w:bookmarkStart w:id="2" w:name="_Hlk205659428"/>
      <w:r w:rsidRPr="00374925">
        <w:rPr>
          <w:lang w:val="nl-NL"/>
        </w:rPr>
        <w:t>Informatievoorziening</w:t>
      </w:r>
    </w:p>
    <w:bookmarkEnd w:id="2"/>
    <w:p w14:paraId="68ED215C" w14:textId="4FBAF6DC" w:rsidR="008D78EF" w:rsidRDefault="00B24EC1">
      <w:pPr>
        <w:rPr>
          <w:lang w:val="nl-NL"/>
        </w:rPr>
      </w:pPr>
      <w:r w:rsidRPr="00374925">
        <w:rPr>
          <w:lang w:val="nl-NL"/>
        </w:rPr>
        <w:t>Meer informatie over het toelatingsbeleid en het aanmeldproces vindt u op:</w:t>
      </w:r>
      <w:r w:rsidRPr="00374925">
        <w:rPr>
          <w:lang w:val="nl-NL"/>
        </w:rPr>
        <w:br/>
        <w:t xml:space="preserve">- </w:t>
      </w:r>
      <w:r w:rsidR="00053105">
        <w:rPr>
          <w:lang w:val="nl-NL"/>
        </w:rPr>
        <w:t>de w</w:t>
      </w:r>
      <w:r w:rsidRPr="00374925">
        <w:rPr>
          <w:lang w:val="nl-NL"/>
        </w:rPr>
        <w:t xml:space="preserve">ebsite </w:t>
      </w:r>
      <w:r w:rsidR="00053105">
        <w:rPr>
          <w:lang w:val="nl-NL"/>
        </w:rPr>
        <w:t xml:space="preserve">van de </w:t>
      </w:r>
      <w:r w:rsidRPr="00374925">
        <w:rPr>
          <w:lang w:val="nl-NL"/>
        </w:rPr>
        <w:t xml:space="preserve">gemeente </w:t>
      </w:r>
      <w:r w:rsidR="00053105">
        <w:rPr>
          <w:lang w:val="nl-NL"/>
        </w:rPr>
        <w:t xml:space="preserve">Baarn </w:t>
      </w:r>
      <w:r w:rsidR="00D5614D">
        <w:rPr>
          <w:lang w:val="nl-NL"/>
        </w:rPr>
        <w:t>(volgt</w:t>
      </w:r>
      <w:r w:rsidR="00A47892">
        <w:rPr>
          <w:lang w:val="nl-NL"/>
        </w:rPr>
        <w:t xml:space="preserve"> nog</w:t>
      </w:r>
      <w:r w:rsidR="00D5614D">
        <w:rPr>
          <w:lang w:val="nl-NL"/>
        </w:rPr>
        <w:t>)</w:t>
      </w:r>
      <w:r w:rsidR="00167A77">
        <w:rPr>
          <w:lang w:val="nl-NL"/>
        </w:rPr>
        <w:t>.</w:t>
      </w:r>
      <w:r w:rsidR="00D5614D">
        <w:rPr>
          <w:lang w:val="nl-NL"/>
        </w:rPr>
        <w:br/>
      </w:r>
      <w:r w:rsidRPr="00374925">
        <w:rPr>
          <w:lang w:val="nl-NL"/>
        </w:rPr>
        <w:t xml:space="preserve">- </w:t>
      </w:r>
      <w:r w:rsidR="00053105">
        <w:rPr>
          <w:lang w:val="nl-NL"/>
        </w:rPr>
        <w:t>de w</w:t>
      </w:r>
      <w:r w:rsidRPr="00374925">
        <w:rPr>
          <w:lang w:val="nl-NL"/>
        </w:rPr>
        <w:t>ebsite van de sch</w:t>
      </w:r>
      <w:r w:rsidR="00053105">
        <w:rPr>
          <w:lang w:val="nl-NL"/>
        </w:rPr>
        <w:t>ool</w:t>
      </w:r>
      <w:r w:rsidR="00167A77">
        <w:rPr>
          <w:lang w:val="nl-NL"/>
        </w:rPr>
        <w:t>.</w:t>
      </w:r>
    </w:p>
    <w:p w14:paraId="3183F20E" w14:textId="2DE9D954" w:rsidR="00700109" w:rsidRDefault="00700109">
      <w:pPr>
        <w:rPr>
          <w:lang w:val="nl-NL"/>
        </w:rPr>
      </w:pPr>
    </w:p>
    <w:p w14:paraId="7F4347F9" w14:textId="532D2134" w:rsidR="00700109" w:rsidRDefault="00700109">
      <w:pPr>
        <w:rPr>
          <w:lang w:val="nl-NL"/>
        </w:rPr>
      </w:pPr>
    </w:p>
    <w:p w14:paraId="055FAA93" w14:textId="421F8558" w:rsidR="00700109" w:rsidRDefault="00700109">
      <w:pPr>
        <w:rPr>
          <w:lang w:val="nl-NL"/>
        </w:rPr>
      </w:pPr>
    </w:p>
    <w:p w14:paraId="4A051C8E" w14:textId="60597B5E" w:rsidR="00122342" w:rsidRPr="00D444CE" w:rsidRDefault="00122342" w:rsidP="00122342">
      <w:pPr>
        <w:pStyle w:val="Titel"/>
        <w:rPr>
          <w:sz w:val="36"/>
          <w:szCs w:val="36"/>
          <w:lang w:val="nl-NL"/>
        </w:rPr>
      </w:pPr>
      <w:r w:rsidRPr="00D444CE">
        <w:rPr>
          <w:sz w:val="36"/>
          <w:szCs w:val="36"/>
          <w:lang w:val="nl-NL"/>
        </w:rPr>
        <w:lastRenderedPageBreak/>
        <w:t>Belangstellingsformulier – Interesse i</w:t>
      </w:r>
      <w:r w:rsidR="00A55CEA">
        <w:rPr>
          <w:sz w:val="36"/>
          <w:szCs w:val="36"/>
          <w:lang w:val="nl-NL"/>
        </w:rPr>
        <w:t xml:space="preserve">n </w:t>
      </w:r>
      <w:r w:rsidR="00FB1E89">
        <w:rPr>
          <w:sz w:val="36"/>
          <w:szCs w:val="36"/>
          <w:lang w:val="nl-NL"/>
        </w:rPr>
        <w:t xml:space="preserve">de </w:t>
      </w:r>
      <w:r w:rsidR="00A55CEA">
        <w:rPr>
          <w:sz w:val="36"/>
          <w:szCs w:val="36"/>
          <w:lang w:val="nl-NL"/>
        </w:rPr>
        <w:t>St. Aloysiusschool</w:t>
      </w:r>
    </w:p>
    <w:p w14:paraId="6C25B95C" w14:textId="7BBFA213" w:rsidR="008D78EF" w:rsidRPr="00374925" w:rsidRDefault="00B24EC1">
      <w:pPr>
        <w:pStyle w:val="Kop2"/>
        <w:rPr>
          <w:lang w:val="nl-NL"/>
        </w:rPr>
      </w:pPr>
      <w:r w:rsidRPr="00374925">
        <w:rPr>
          <w:lang w:val="nl-NL"/>
        </w:rPr>
        <w:t>Gegevens van het kind</w:t>
      </w:r>
    </w:p>
    <w:p w14:paraId="48FE3512" w14:textId="311C63BA" w:rsidR="00B50CCF" w:rsidRDefault="00B24EC1">
      <w:pPr>
        <w:rPr>
          <w:lang w:val="nl-NL"/>
        </w:rPr>
      </w:pPr>
      <w:r w:rsidRPr="00374925">
        <w:rPr>
          <w:lang w:val="nl-NL"/>
        </w:rPr>
        <w:t>- Voornaam</w:t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Pr="00374925">
        <w:rPr>
          <w:lang w:val="nl-NL"/>
        </w:rPr>
        <w:t>:</w:t>
      </w:r>
      <w:r w:rsidR="00167A77">
        <w:rPr>
          <w:lang w:val="nl-NL"/>
        </w:rPr>
        <w:t xml:space="preserve"> </w:t>
      </w:r>
      <w:sdt>
        <w:sdtPr>
          <w:rPr>
            <w:lang w:val="nl-NL"/>
          </w:rPr>
          <w:id w:val="488143286"/>
          <w:placeholder>
            <w:docPart w:val="DefaultPlaceholder_-1854013440"/>
          </w:placeholder>
          <w:showingPlcHdr/>
        </w:sdtPr>
        <w:sdtContent>
          <w:r w:rsidR="00167A77" w:rsidRPr="00CB3486">
            <w:rPr>
              <w:rStyle w:val="Tekstvantijdelijkeaanduiding"/>
            </w:rPr>
            <w:t>Klik of tik om tekst in te voeren.</w:t>
          </w:r>
        </w:sdtContent>
      </w:sdt>
      <w:r w:rsidRPr="00374925">
        <w:rPr>
          <w:lang w:val="nl-NL"/>
        </w:rPr>
        <w:br/>
        <w:t>- Achternaam</w:t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Pr="00374925">
        <w:rPr>
          <w:lang w:val="nl-NL"/>
        </w:rPr>
        <w:t>:</w:t>
      </w:r>
      <w:r w:rsidR="00167A77">
        <w:rPr>
          <w:lang w:val="nl-NL"/>
        </w:rPr>
        <w:t xml:space="preserve"> </w:t>
      </w:r>
      <w:sdt>
        <w:sdtPr>
          <w:rPr>
            <w:lang w:val="nl-NL"/>
          </w:rPr>
          <w:id w:val="1072621699"/>
          <w:placeholder>
            <w:docPart w:val="DefaultPlaceholder_-1854013440"/>
          </w:placeholder>
          <w:showingPlcHdr/>
        </w:sdtPr>
        <w:sdtContent>
          <w:r w:rsidR="00167A77" w:rsidRPr="00CB3486">
            <w:rPr>
              <w:rStyle w:val="Tekstvantijdelijkeaanduiding"/>
            </w:rPr>
            <w:t>Klik of tik om tekst in te voeren.</w:t>
          </w:r>
        </w:sdtContent>
      </w:sdt>
      <w:r w:rsidRPr="00374925">
        <w:rPr>
          <w:lang w:val="nl-NL"/>
        </w:rPr>
        <w:br/>
        <w:t>- Geboortedatum</w:t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Pr="00374925">
        <w:rPr>
          <w:lang w:val="nl-NL"/>
        </w:rPr>
        <w:t>:</w:t>
      </w:r>
      <w:r w:rsidR="00167A77">
        <w:rPr>
          <w:lang w:val="nl-NL"/>
        </w:rPr>
        <w:t xml:space="preserve"> </w:t>
      </w:r>
      <w:sdt>
        <w:sdtPr>
          <w:rPr>
            <w:lang w:val="nl-NL"/>
          </w:rPr>
          <w:id w:val="1935017346"/>
          <w:placeholder>
            <w:docPart w:val="DefaultPlaceholder_-1854013440"/>
          </w:placeholder>
          <w:showingPlcHdr/>
        </w:sdtPr>
        <w:sdtContent>
          <w:r w:rsidR="00167A77" w:rsidRPr="00CB3486">
            <w:rPr>
              <w:rStyle w:val="Tekstvantijdelijkeaanduiding"/>
            </w:rPr>
            <w:t>Klik of tik om tekst in te voeren.</w:t>
          </w:r>
        </w:sdtContent>
      </w:sdt>
      <w:r w:rsidRPr="00374925">
        <w:rPr>
          <w:lang w:val="nl-NL"/>
        </w:rPr>
        <w:br/>
        <w:t>- Geslach</w:t>
      </w:r>
      <w:r w:rsidR="00167A77">
        <w:rPr>
          <w:lang w:val="nl-NL"/>
        </w:rPr>
        <w:t>t</w:t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Pr="00374925">
        <w:rPr>
          <w:lang w:val="nl-NL"/>
        </w:rPr>
        <w:t>:</w:t>
      </w:r>
      <w:r w:rsidR="00122342">
        <w:rPr>
          <w:lang w:val="nl-NL"/>
        </w:rPr>
        <w:t xml:space="preserve"> </w:t>
      </w:r>
      <w:sdt>
        <w:sdtPr>
          <w:rPr>
            <w:lang w:val="nl-NL"/>
          </w:rPr>
          <w:id w:val="-8553467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42">
            <w:rPr>
              <w:rFonts w:ascii="MS Gothic" w:eastAsia="MS Gothic" w:hAnsi="MS Gothic" w:hint="eastAsia"/>
              <w:lang w:val="nl-NL"/>
            </w:rPr>
            <w:t>☐</w:t>
          </w:r>
        </w:sdtContent>
      </w:sdt>
      <w:r w:rsidR="00167A77">
        <w:rPr>
          <w:lang w:val="nl-NL"/>
        </w:rPr>
        <w:t xml:space="preserve"> </w:t>
      </w:r>
      <w:r w:rsidRPr="00374925">
        <w:rPr>
          <w:lang w:val="nl-NL"/>
        </w:rPr>
        <w:t xml:space="preserve">M   </w:t>
      </w:r>
      <w:sdt>
        <w:sdtPr>
          <w:rPr>
            <w:lang w:val="nl-NL"/>
          </w:rPr>
          <w:id w:val="4510557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42">
            <w:rPr>
              <w:rFonts w:ascii="MS Gothic" w:eastAsia="MS Gothic" w:hAnsi="MS Gothic" w:hint="eastAsia"/>
              <w:lang w:val="nl-NL"/>
            </w:rPr>
            <w:t>☐</w:t>
          </w:r>
        </w:sdtContent>
      </w:sdt>
      <w:r w:rsidRPr="00374925">
        <w:rPr>
          <w:lang w:val="nl-NL"/>
        </w:rPr>
        <w:t xml:space="preserve"> V   </w:t>
      </w:r>
      <w:r w:rsidR="00D5614D">
        <w:rPr>
          <w:lang w:val="nl-NL"/>
        </w:rPr>
        <w:br/>
      </w:r>
      <w:r w:rsidR="00B50CCF">
        <w:rPr>
          <w:lang w:val="nl-NL"/>
        </w:rPr>
        <w:t>- Adres</w:t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B50CCF">
        <w:rPr>
          <w:lang w:val="nl-NL"/>
        </w:rPr>
        <w:t>:</w:t>
      </w:r>
      <w:r w:rsidR="00167A77">
        <w:rPr>
          <w:lang w:val="nl-NL"/>
        </w:rPr>
        <w:t xml:space="preserve"> </w:t>
      </w:r>
      <w:sdt>
        <w:sdtPr>
          <w:rPr>
            <w:lang w:val="nl-NL"/>
          </w:rPr>
          <w:id w:val="307358672"/>
          <w:placeholder>
            <w:docPart w:val="DefaultPlaceholder_-1854013440"/>
          </w:placeholder>
          <w:showingPlcHdr/>
        </w:sdtPr>
        <w:sdtContent>
          <w:r w:rsidR="00167A77" w:rsidRPr="00CB3486">
            <w:rPr>
              <w:rStyle w:val="Tekstvantijdelijkeaanduiding"/>
            </w:rPr>
            <w:t>Klik of tik om tekst in te voeren.</w:t>
          </w:r>
        </w:sdtContent>
      </w:sdt>
      <w:r w:rsidR="00B50CCF">
        <w:rPr>
          <w:lang w:val="nl-NL"/>
        </w:rPr>
        <w:br/>
        <w:t>- Postcode en woonplaats</w:t>
      </w:r>
      <w:r w:rsidR="00167A77">
        <w:rPr>
          <w:lang w:val="nl-NL"/>
        </w:rPr>
        <w:tab/>
      </w:r>
      <w:r w:rsidR="00B50CCF">
        <w:rPr>
          <w:lang w:val="nl-NL"/>
        </w:rPr>
        <w:t>:</w:t>
      </w:r>
      <w:r w:rsidR="00167A77">
        <w:rPr>
          <w:lang w:val="nl-NL"/>
        </w:rPr>
        <w:t xml:space="preserve"> </w:t>
      </w:r>
      <w:sdt>
        <w:sdtPr>
          <w:rPr>
            <w:lang w:val="nl-NL"/>
          </w:rPr>
          <w:id w:val="-911549145"/>
          <w:placeholder>
            <w:docPart w:val="DefaultPlaceholder_-1854013440"/>
          </w:placeholder>
          <w:showingPlcHdr/>
        </w:sdtPr>
        <w:sdtContent>
          <w:r w:rsidR="00167A77" w:rsidRPr="00CB3486">
            <w:rPr>
              <w:rStyle w:val="Tekstvantijdelijkeaanduiding"/>
            </w:rPr>
            <w:t>Klik of tik om tekst in te voeren.</w:t>
          </w:r>
        </w:sdtContent>
      </w:sdt>
    </w:p>
    <w:p w14:paraId="78AEDA2D" w14:textId="77777777" w:rsidR="00122342" w:rsidRDefault="00122342">
      <w:pPr>
        <w:rPr>
          <w:lang w:val="nl-NL"/>
        </w:rPr>
      </w:pPr>
    </w:p>
    <w:p w14:paraId="35D269ED" w14:textId="6B9968B2" w:rsidR="008D78EF" w:rsidRPr="00374925" w:rsidRDefault="00D5614D">
      <w:pPr>
        <w:pStyle w:val="Kop2"/>
        <w:rPr>
          <w:lang w:val="nl-NL"/>
        </w:rPr>
      </w:pPr>
      <w:r>
        <w:rPr>
          <w:lang w:val="nl-NL"/>
        </w:rPr>
        <w:t>(Stief)b</w:t>
      </w:r>
      <w:r w:rsidR="00B24EC1" w:rsidRPr="00374925">
        <w:rPr>
          <w:lang w:val="nl-NL"/>
        </w:rPr>
        <w:t>roer</w:t>
      </w:r>
      <w:r>
        <w:rPr>
          <w:lang w:val="nl-NL"/>
        </w:rPr>
        <w:t>s</w:t>
      </w:r>
      <w:r w:rsidR="00B24EC1" w:rsidRPr="00374925">
        <w:rPr>
          <w:lang w:val="nl-NL"/>
        </w:rPr>
        <w:t xml:space="preserve"> en/of </w:t>
      </w:r>
      <w:r>
        <w:rPr>
          <w:lang w:val="nl-NL"/>
        </w:rPr>
        <w:t>(stief)</w:t>
      </w:r>
      <w:r w:rsidR="00B24EC1" w:rsidRPr="00374925">
        <w:rPr>
          <w:lang w:val="nl-NL"/>
        </w:rPr>
        <w:t>zus</w:t>
      </w:r>
      <w:r>
        <w:rPr>
          <w:lang w:val="nl-NL"/>
        </w:rPr>
        <w:t>sen</w:t>
      </w:r>
      <w:r w:rsidR="00B24EC1" w:rsidRPr="00374925">
        <w:rPr>
          <w:lang w:val="nl-NL"/>
        </w:rPr>
        <w:t xml:space="preserve"> (indien van toepassing)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6204"/>
        <w:gridCol w:w="3289"/>
      </w:tblGrid>
      <w:tr w:rsidR="00B50CCF" w14:paraId="0E99BA1B" w14:textId="77777777" w:rsidTr="00122342">
        <w:trPr>
          <w:trHeight w:val="259"/>
        </w:trPr>
        <w:tc>
          <w:tcPr>
            <w:tcW w:w="6204" w:type="dxa"/>
          </w:tcPr>
          <w:p w14:paraId="643688C7" w14:textId="77777777" w:rsidR="00B50CCF" w:rsidRDefault="00B50CCF">
            <w:r>
              <w:t>Naam</w:t>
            </w:r>
          </w:p>
        </w:tc>
        <w:tc>
          <w:tcPr>
            <w:tcW w:w="3289" w:type="dxa"/>
          </w:tcPr>
          <w:p w14:paraId="3DD0CEC9" w14:textId="77777777" w:rsidR="00B50CCF" w:rsidRDefault="00B50CCF">
            <w:r>
              <w:t>Geboortedatum</w:t>
            </w:r>
          </w:p>
        </w:tc>
      </w:tr>
      <w:tr w:rsidR="00B50CCF" w14:paraId="2B97AB19" w14:textId="77777777" w:rsidTr="00122342">
        <w:trPr>
          <w:trHeight w:val="259"/>
        </w:trPr>
        <w:sdt>
          <w:sdtPr>
            <w:id w:val="-829367366"/>
            <w:placeholder>
              <w:docPart w:val="DefaultPlaceholder_-1854013440"/>
            </w:placeholder>
            <w:showingPlcHdr/>
          </w:sdtPr>
          <w:sdtContent>
            <w:tc>
              <w:tcPr>
                <w:tcW w:w="6204" w:type="dxa"/>
              </w:tcPr>
              <w:p w14:paraId="3A85636B" w14:textId="6C3CF0EC" w:rsidR="00B50CCF" w:rsidRDefault="00167A77">
                <w:r w:rsidRPr="00CB3486">
                  <w:rPr>
                    <w:rStyle w:val="Tekstvantijdelijkeaanduiding"/>
                  </w:rPr>
                  <w:t>Klik of tik om tekst in te voeren.</w:t>
                </w:r>
              </w:p>
            </w:tc>
          </w:sdtContent>
        </w:sdt>
        <w:sdt>
          <w:sdtPr>
            <w:id w:val="2111781422"/>
            <w:placeholder>
              <w:docPart w:val="DefaultPlaceholder_-1854013440"/>
            </w:placeholder>
            <w:showingPlcHdr/>
          </w:sdtPr>
          <w:sdtContent>
            <w:tc>
              <w:tcPr>
                <w:tcW w:w="3289" w:type="dxa"/>
              </w:tcPr>
              <w:p w14:paraId="068B5DBC" w14:textId="226BC2DD" w:rsidR="00B50CCF" w:rsidRDefault="00167A77">
                <w:r w:rsidRPr="00CB3486">
                  <w:rPr>
                    <w:rStyle w:val="Tekstvantijdelijkeaanduiding"/>
                  </w:rPr>
                  <w:t>Klik of tik om tekst in te voeren.</w:t>
                </w:r>
              </w:p>
            </w:tc>
          </w:sdtContent>
        </w:sdt>
      </w:tr>
      <w:tr w:rsidR="00B50CCF" w14:paraId="1546D6CA" w14:textId="77777777" w:rsidTr="00122342">
        <w:trPr>
          <w:trHeight w:val="244"/>
        </w:trPr>
        <w:sdt>
          <w:sdtPr>
            <w:id w:val="-1874152668"/>
            <w:placeholder>
              <w:docPart w:val="DefaultPlaceholder_-1854013440"/>
            </w:placeholder>
            <w:showingPlcHdr/>
          </w:sdtPr>
          <w:sdtContent>
            <w:tc>
              <w:tcPr>
                <w:tcW w:w="6204" w:type="dxa"/>
              </w:tcPr>
              <w:p w14:paraId="748BA197" w14:textId="6ABF692B" w:rsidR="00B50CCF" w:rsidRDefault="00167A77">
                <w:r w:rsidRPr="00CB3486">
                  <w:rPr>
                    <w:rStyle w:val="Tekstvantijdelijkeaanduiding"/>
                  </w:rPr>
                  <w:t>Klik of tik om tekst in te voeren.</w:t>
                </w:r>
              </w:p>
            </w:tc>
          </w:sdtContent>
        </w:sdt>
        <w:sdt>
          <w:sdtPr>
            <w:id w:val="-2093606392"/>
            <w:placeholder>
              <w:docPart w:val="DefaultPlaceholder_-1854013440"/>
            </w:placeholder>
            <w:showingPlcHdr/>
          </w:sdtPr>
          <w:sdtContent>
            <w:tc>
              <w:tcPr>
                <w:tcW w:w="3289" w:type="dxa"/>
              </w:tcPr>
              <w:p w14:paraId="756DEDC0" w14:textId="79F75C34" w:rsidR="00B50CCF" w:rsidRDefault="00167A77">
                <w:r w:rsidRPr="00CB3486">
                  <w:rPr>
                    <w:rStyle w:val="Tekstvantijdelijkeaanduiding"/>
                  </w:rPr>
                  <w:t>Klik of tik om tekst in te voeren.</w:t>
                </w:r>
              </w:p>
            </w:tc>
          </w:sdtContent>
        </w:sdt>
      </w:tr>
      <w:tr w:rsidR="00D5614D" w14:paraId="0DB91790" w14:textId="77777777" w:rsidTr="00122342">
        <w:trPr>
          <w:trHeight w:val="244"/>
        </w:trPr>
        <w:sdt>
          <w:sdtPr>
            <w:id w:val="2002858508"/>
            <w:placeholder>
              <w:docPart w:val="DefaultPlaceholder_-1854013440"/>
            </w:placeholder>
            <w:showingPlcHdr/>
          </w:sdtPr>
          <w:sdtContent>
            <w:tc>
              <w:tcPr>
                <w:tcW w:w="6204" w:type="dxa"/>
              </w:tcPr>
              <w:p w14:paraId="6A6BFBA3" w14:textId="27FE1AAC" w:rsidR="00D5614D" w:rsidRDefault="00167A77">
                <w:r w:rsidRPr="00CB3486">
                  <w:rPr>
                    <w:rStyle w:val="Tekstvantijdelijkeaanduiding"/>
                  </w:rPr>
                  <w:t>Klik of tik om tekst in te voeren.</w:t>
                </w:r>
              </w:p>
            </w:tc>
          </w:sdtContent>
        </w:sdt>
        <w:sdt>
          <w:sdtPr>
            <w:id w:val="1841032105"/>
            <w:placeholder>
              <w:docPart w:val="DefaultPlaceholder_-1854013440"/>
            </w:placeholder>
            <w:showingPlcHdr/>
          </w:sdtPr>
          <w:sdtContent>
            <w:tc>
              <w:tcPr>
                <w:tcW w:w="3289" w:type="dxa"/>
              </w:tcPr>
              <w:p w14:paraId="4BA18005" w14:textId="169B95A9" w:rsidR="00D5614D" w:rsidRDefault="00167A77">
                <w:r w:rsidRPr="00CB3486">
                  <w:rPr>
                    <w:rStyle w:val="Tekstvantijdelijkeaanduiding"/>
                  </w:rPr>
                  <w:t>Klik of tik om tekst in te voeren.</w:t>
                </w:r>
              </w:p>
            </w:tc>
          </w:sdtContent>
        </w:sdt>
      </w:tr>
    </w:tbl>
    <w:p w14:paraId="59AAB68F" w14:textId="3D67E9A9" w:rsidR="008D78EF" w:rsidRDefault="00D5614D">
      <w:pPr>
        <w:pStyle w:val="Kop2"/>
      </w:pPr>
      <w:r>
        <w:br/>
      </w:r>
      <w:r w:rsidR="00B24EC1">
        <w:t>Gegevens van ouder</w:t>
      </w:r>
      <w:r w:rsidR="00122342">
        <w:t>(</w:t>
      </w:r>
      <w:r w:rsidR="00B24EC1">
        <w:t>s</w:t>
      </w:r>
      <w:r w:rsidR="00122342">
        <w:t>)</w:t>
      </w:r>
      <w:r w:rsidR="00B24EC1">
        <w:t>/verzorger</w:t>
      </w:r>
      <w:r w:rsidR="00122342">
        <w:t>(</w:t>
      </w:r>
      <w:r w:rsidR="00B24EC1">
        <w:t>s</w:t>
      </w:r>
      <w:r w:rsidR="00122342">
        <w:t>)</w:t>
      </w:r>
    </w:p>
    <w:p w14:paraId="052A681D" w14:textId="17B7123A" w:rsidR="008D78EF" w:rsidRPr="00374925" w:rsidRDefault="00B24EC1">
      <w:pPr>
        <w:rPr>
          <w:lang w:val="nl-NL"/>
        </w:rPr>
      </w:pPr>
      <w:r w:rsidRPr="00374925">
        <w:rPr>
          <w:lang w:val="nl-NL"/>
        </w:rPr>
        <w:t>Ouder/verzorger 1</w:t>
      </w:r>
      <w:r w:rsidRPr="00374925">
        <w:rPr>
          <w:lang w:val="nl-NL"/>
        </w:rPr>
        <w:br/>
        <w:t>- Naam</w:t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Pr="00374925">
        <w:rPr>
          <w:lang w:val="nl-NL"/>
        </w:rPr>
        <w:t>:</w:t>
      </w:r>
      <w:r w:rsidR="00167A77">
        <w:rPr>
          <w:lang w:val="nl-NL"/>
        </w:rPr>
        <w:t xml:space="preserve"> </w:t>
      </w:r>
      <w:sdt>
        <w:sdtPr>
          <w:rPr>
            <w:lang w:val="nl-NL"/>
          </w:rPr>
          <w:id w:val="-1919466405"/>
          <w:placeholder>
            <w:docPart w:val="DefaultPlaceholder_-1854013440"/>
          </w:placeholder>
          <w:showingPlcHdr/>
        </w:sdtPr>
        <w:sdtContent>
          <w:r w:rsidR="00167A77" w:rsidRPr="00CB3486">
            <w:rPr>
              <w:rStyle w:val="Tekstvantijdelijkeaanduiding"/>
            </w:rPr>
            <w:t>Klik of tik om tekst in te voeren.</w:t>
          </w:r>
        </w:sdtContent>
      </w:sdt>
      <w:r w:rsidRPr="00374925">
        <w:rPr>
          <w:lang w:val="nl-NL"/>
        </w:rPr>
        <w:br/>
        <w:t>- Adres</w:t>
      </w:r>
      <w:r w:rsidR="00B50CCF">
        <w:rPr>
          <w:lang w:val="nl-NL"/>
        </w:rPr>
        <w:t xml:space="preserve"> (indien afwijkend van kind)</w:t>
      </w:r>
      <w:r w:rsidR="00167A77">
        <w:rPr>
          <w:lang w:val="nl-NL"/>
        </w:rPr>
        <w:tab/>
      </w:r>
      <w:r w:rsidRPr="00374925">
        <w:rPr>
          <w:lang w:val="nl-NL"/>
        </w:rPr>
        <w:t>:</w:t>
      </w:r>
      <w:r w:rsidR="00167A77">
        <w:rPr>
          <w:lang w:val="nl-NL"/>
        </w:rPr>
        <w:t xml:space="preserve"> </w:t>
      </w:r>
      <w:sdt>
        <w:sdtPr>
          <w:rPr>
            <w:lang w:val="nl-NL"/>
          </w:rPr>
          <w:id w:val="-1934807919"/>
          <w:placeholder>
            <w:docPart w:val="DefaultPlaceholder_-1854013440"/>
          </w:placeholder>
          <w:showingPlcHdr/>
        </w:sdtPr>
        <w:sdtContent>
          <w:r w:rsidR="00167A77" w:rsidRPr="00CB3486">
            <w:rPr>
              <w:rStyle w:val="Tekstvantijdelijkeaanduiding"/>
            </w:rPr>
            <w:t>Klik of tik om tekst in te voeren.</w:t>
          </w:r>
        </w:sdtContent>
      </w:sdt>
      <w:r w:rsidRPr="00374925">
        <w:rPr>
          <w:lang w:val="nl-NL"/>
        </w:rPr>
        <w:br/>
        <w:t>- Telefoonnummer</w:t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Pr="00374925">
        <w:rPr>
          <w:lang w:val="nl-NL"/>
        </w:rPr>
        <w:t>:</w:t>
      </w:r>
      <w:r w:rsidR="00167A77">
        <w:rPr>
          <w:lang w:val="nl-NL"/>
        </w:rPr>
        <w:t xml:space="preserve"> </w:t>
      </w:r>
      <w:sdt>
        <w:sdtPr>
          <w:rPr>
            <w:lang w:val="nl-NL"/>
          </w:rPr>
          <w:id w:val="-520633116"/>
          <w:placeholder>
            <w:docPart w:val="DefaultPlaceholder_-1854013440"/>
          </w:placeholder>
          <w:showingPlcHdr/>
        </w:sdtPr>
        <w:sdtContent>
          <w:r w:rsidR="00167A77" w:rsidRPr="00CB3486">
            <w:rPr>
              <w:rStyle w:val="Tekstvantijdelijkeaanduiding"/>
            </w:rPr>
            <w:t>Klik of tik om tekst in te voeren.</w:t>
          </w:r>
        </w:sdtContent>
      </w:sdt>
      <w:r w:rsidRPr="00374925">
        <w:rPr>
          <w:lang w:val="nl-NL"/>
        </w:rPr>
        <w:br/>
        <w:t>- E-mailadres</w:t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Pr="00374925">
        <w:rPr>
          <w:lang w:val="nl-NL"/>
        </w:rPr>
        <w:t>:</w:t>
      </w:r>
      <w:r w:rsidR="00167A77">
        <w:rPr>
          <w:lang w:val="nl-NL"/>
        </w:rPr>
        <w:t xml:space="preserve"> </w:t>
      </w:r>
      <w:sdt>
        <w:sdtPr>
          <w:rPr>
            <w:lang w:val="nl-NL"/>
          </w:rPr>
          <w:id w:val="-1808932301"/>
          <w:placeholder>
            <w:docPart w:val="DefaultPlaceholder_-1854013440"/>
          </w:placeholder>
          <w:showingPlcHdr/>
        </w:sdtPr>
        <w:sdtContent>
          <w:r w:rsidR="00167A77" w:rsidRPr="00CB3486">
            <w:rPr>
              <w:rStyle w:val="Tekstvantijdelijkeaanduiding"/>
            </w:rPr>
            <w:t>Klik of tik om tekst in te voeren.</w:t>
          </w:r>
        </w:sdtContent>
      </w:sdt>
    </w:p>
    <w:p w14:paraId="46E8E40C" w14:textId="64726682" w:rsidR="008D78EF" w:rsidRPr="00374925" w:rsidRDefault="00B24EC1">
      <w:pPr>
        <w:rPr>
          <w:lang w:val="nl-NL"/>
        </w:rPr>
      </w:pPr>
      <w:r w:rsidRPr="00374925">
        <w:rPr>
          <w:lang w:val="nl-NL"/>
        </w:rPr>
        <w:t>Ouder/verzorger 2</w:t>
      </w:r>
      <w:r w:rsidRPr="00374925">
        <w:rPr>
          <w:lang w:val="nl-NL"/>
        </w:rPr>
        <w:br/>
        <w:t>- Naam</w:t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Pr="00374925">
        <w:rPr>
          <w:lang w:val="nl-NL"/>
        </w:rPr>
        <w:t>:</w:t>
      </w:r>
      <w:r w:rsidR="00167A77">
        <w:rPr>
          <w:lang w:val="nl-NL"/>
        </w:rPr>
        <w:t xml:space="preserve"> </w:t>
      </w:r>
      <w:sdt>
        <w:sdtPr>
          <w:rPr>
            <w:lang w:val="nl-NL"/>
          </w:rPr>
          <w:id w:val="583888611"/>
          <w:placeholder>
            <w:docPart w:val="DefaultPlaceholder_-1854013440"/>
          </w:placeholder>
          <w:showingPlcHdr/>
        </w:sdtPr>
        <w:sdtContent>
          <w:r w:rsidR="00167A77" w:rsidRPr="00CB3486">
            <w:rPr>
              <w:rStyle w:val="Tekstvantijdelijkeaanduiding"/>
            </w:rPr>
            <w:t>Klik of tik om tekst in te voeren.</w:t>
          </w:r>
        </w:sdtContent>
      </w:sdt>
      <w:r w:rsidRPr="00374925">
        <w:rPr>
          <w:lang w:val="nl-NL"/>
        </w:rPr>
        <w:br/>
        <w:t>- Adres (indien afwijkend</w:t>
      </w:r>
      <w:r w:rsidR="000B54FC">
        <w:rPr>
          <w:lang w:val="nl-NL"/>
        </w:rPr>
        <w:t xml:space="preserve"> van kind</w:t>
      </w:r>
      <w:r w:rsidRPr="00374925">
        <w:rPr>
          <w:lang w:val="nl-NL"/>
        </w:rPr>
        <w:t>)</w:t>
      </w:r>
      <w:r w:rsidR="00167A77">
        <w:rPr>
          <w:lang w:val="nl-NL"/>
        </w:rPr>
        <w:tab/>
      </w:r>
      <w:r w:rsidRPr="00374925">
        <w:rPr>
          <w:lang w:val="nl-NL"/>
        </w:rPr>
        <w:t>:</w:t>
      </w:r>
      <w:r w:rsidR="00167A77">
        <w:rPr>
          <w:lang w:val="nl-NL"/>
        </w:rPr>
        <w:t xml:space="preserve"> </w:t>
      </w:r>
      <w:sdt>
        <w:sdtPr>
          <w:rPr>
            <w:lang w:val="nl-NL"/>
          </w:rPr>
          <w:id w:val="463548995"/>
          <w:placeholder>
            <w:docPart w:val="DefaultPlaceholder_-1854013440"/>
          </w:placeholder>
          <w:showingPlcHdr/>
        </w:sdtPr>
        <w:sdtContent>
          <w:r w:rsidR="00167A77" w:rsidRPr="00CB3486">
            <w:rPr>
              <w:rStyle w:val="Tekstvantijdelijkeaanduiding"/>
            </w:rPr>
            <w:t>Klik of tik om tekst in te voeren.</w:t>
          </w:r>
        </w:sdtContent>
      </w:sdt>
      <w:r w:rsidRPr="00374925">
        <w:rPr>
          <w:lang w:val="nl-NL"/>
        </w:rPr>
        <w:br/>
        <w:t>- Telefoonnummer</w:t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Pr="00374925">
        <w:rPr>
          <w:lang w:val="nl-NL"/>
        </w:rPr>
        <w:t>:</w:t>
      </w:r>
      <w:r w:rsidR="00167A77">
        <w:rPr>
          <w:lang w:val="nl-NL"/>
        </w:rPr>
        <w:t xml:space="preserve"> </w:t>
      </w:r>
      <w:sdt>
        <w:sdtPr>
          <w:rPr>
            <w:lang w:val="nl-NL"/>
          </w:rPr>
          <w:id w:val="-2080892739"/>
          <w:placeholder>
            <w:docPart w:val="DefaultPlaceholder_-1854013440"/>
          </w:placeholder>
          <w:showingPlcHdr/>
        </w:sdtPr>
        <w:sdtContent>
          <w:r w:rsidR="00167A77" w:rsidRPr="00CB3486">
            <w:rPr>
              <w:rStyle w:val="Tekstvantijdelijkeaanduiding"/>
            </w:rPr>
            <w:t>Klik of tik om tekst in te voeren.</w:t>
          </w:r>
        </w:sdtContent>
      </w:sdt>
      <w:r w:rsidRPr="00374925">
        <w:rPr>
          <w:lang w:val="nl-NL"/>
        </w:rPr>
        <w:br/>
        <w:t>- E-mailadres</w:t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="00167A77">
        <w:rPr>
          <w:lang w:val="nl-NL"/>
        </w:rPr>
        <w:tab/>
      </w:r>
      <w:r w:rsidRPr="00374925">
        <w:rPr>
          <w:lang w:val="nl-NL"/>
        </w:rPr>
        <w:t>:</w:t>
      </w:r>
      <w:r w:rsidR="00167A77">
        <w:rPr>
          <w:lang w:val="nl-NL"/>
        </w:rPr>
        <w:t xml:space="preserve"> </w:t>
      </w:r>
      <w:sdt>
        <w:sdtPr>
          <w:rPr>
            <w:lang w:val="nl-NL"/>
          </w:rPr>
          <w:id w:val="-1695616596"/>
          <w:placeholder>
            <w:docPart w:val="DefaultPlaceholder_-1854013440"/>
          </w:placeholder>
          <w:showingPlcHdr/>
        </w:sdtPr>
        <w:sdtContent>
          <w:r w:rsidR="00167A77" w:rsidRPr="00CB3486">
            <w:rPr>
              <w:rStyle w:val="Tekstvantijdelijkeaanduiding"/>
            </w:rPr>
            <w:t>Klik of tik om tekst in te voeren.</w:t>
          </w:r>
        </w:sdtContent>
      </w:sdt>
    </w:p>
    <w:p w14:paraId="6F816D15" w14:textId="2D90C428" w:rsidR="008D78EF" w:rsidRPr="00374925" w:rsidRDefault="00B24EC1">
      <w:pPr>
        <w:pStyle w:val="Kop2"/>
        <w:rPr>
          <w:lang w:val="nl-NL"/>
        </w:rPr>
      </w:pPr>
      <w:r w:rsidRPr="00374925">
        <w:rPr>
          <w:lang w:val="nl-NL"/>
        </w:rPr>
        <w:t>Heeft u interesse in meerdere scholen?</w:t>
      </w:r>
    </w:p>
    <w:p w14:paraId="5342BED5" w14:textId="57940CA0" w:rsidR="008D78EF" w:rsidRPr="00374925" w:rsidRDefault="00000000">
      <w:pPr>
        <w:rPr>
          <w:lang w:val="nl-NL"/>
        </w:rPr>
      </w:pPr>
      <w:sdt>
        <w:sdtPr>
          <w:rPr>
            <w:lang w:val="nl-NL"/>
          </w:rPr>
          <w:id w:val="12008976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42">
            <w:rPr>
              <w:rFonts w:ascii="MS Gothic" w:eastAsia="MS Gothic" w:hAnsi="MS Gothic" w:hint="eastAsia"/>
              <w:lang w:val="nl-NL"/>
            </w:rPr>
            <w:t>☐</w:t>
          </w:r>
        </w:sdtContent>
      </w:sdt>
      <w:r w:rsidR="00B24EC1" w:rsidRPr="00374925">
        <w:rPr>
          <w:lang w:val="nl-NL"/>
        </w:rPr>
        <w:t xml:space="preserve"> Ja</w:t>
      </w:r>
      <w:r w:rsidR="00122342">
        <w:rPr>
          <w:lang w:val="nl-NL"/>
        </w:rPr>
        <w:tab/>
      </w:r>
      <w:r w:rsidR="00122342">
        <w:rPr>
          <w:lang w:val="nl-NL"/>
        </w:rPr>
        <w:tab/>
      </w:r>
      <w:sdt>
        <w:sdtPr>
          <w:rPr>
            <w:lang w:val="nl-NL"/>
          </w:rPr>
          <w:id w:val="935142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42">
            <w:rPr>
              <w:rFonts w:ascii="MS Gothic" w:eastAsia="MS Gothic" w:hAnsi="MS Gothic" w:hint="eastAsia"/>
              <w:lang w:val="nl-NL"/>
            </w:rPr>
            <w:t>☐</w:t>
          </w:r>
        </w:sdtContent>
      </w:sdt>
      <w:r w:rsidR="00B24EC1" w:rsidRPr="00374925">
        <w:rPr>
          <w:lang w:val="nl-NL"/>
        </w:rPr>
        <w:t xml:space="preserve"> Nee</w:t>
      </w:r>
    </w:p>
    <w:p w14:paraId="429FC320" w14:textId="51193786" w:rsidR="008D78EF" w:rsidRPr="00374925" w:rsidRDefault="00B24EC1">
      <w:pPr>
        <w:pStyle w:val="Kop2"/>
        <w:rPr>
          <w:lang w:val="nl-NL"/>
        </w:rPr>
      </w:pPr>
      <w:r w:rsidRPr="00374925">
        <w:rPr>
          <w:lang w:val="nl-NL"/>
        </w:rPr>
        <w:t>Is dit uw voorkeursschool?</w:t>
      </w:r>
    </w:p>
    <w:p w14:paraId="060D82FD" w14:textId="46815659" w:rsidR="008D78EF" w:rsidRPr="00374925" w:rsidRDefault="00000000" w:rsidP="00D444CE">
      <w:pPr>
        <w:rPr>
          <w:lang w:val="nl-NL"/>
        </w:rPr>
      </w:pPr>
      <w:sdt>
        <w:sdtPr>
          <w:rPr>
            <w:lang w:val="nl-NL"/>
          </w:rPr>
          <w:id w:val="13988708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42">
            <w:rPr>
              <w:rFonts w:ascii="MS Gothic" w:eastAsia="MS Gothic" w:hAnsi="MS Gothic" w:hint="eastAsia"/>
              <w:lang w:val="nl-NL"/>
            </w:rPr>
            <w:t>☐</w:t>
          </w:r>
        </w:sdtContent>
      </w:sdt>
      <w:r w:rsidR="00B24EC1" w:rsidRPr="00374925">
        <w:rPr>
          <w:lang w:val="nl-NL"/>
        </w:rPr>
        <w:t xml:space="preserve"> Ja</w:t>
      </w:r>
      <w:r w:rsidR="00122342">
        <w:rPr>
          <w:lang w:val="nl-NL"/>
        </w:rPr>
        <w:tab/>
      </w:r>
      <w:r w:rsidR="00122342">
        <w:rPr>
          <w:lang w:val="nl-NL"/>
        </w:rPr>
        <w:tab/>
      </w:r>
      <w:sdt>
        <w:sdtPr>
          <w:rPr>
            <w:lang w:val="nl-NL"/>
          </w:rPr>
          <w:id w:val="-51361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42">
            <w:rPr>
              <w:rFonts w:ascii="MS Gothic" w:eastAsia="MS Gothic" w:hAnsi="MS Gothic" w:hint="eastAsia"/>
              <w:lang w:val="nl-NL"/>
            </w:rPr>
            <w:t>☐</w:t>
          </w:r>
        </w:sdtContent>
      </w:sdt>
      <w:r w:rsidR="00B24EC1" w:rsidRPr="00374925">
        <w:rPr>
          <w:lang w:val="nl-NL"/>
        </w:rPr>
        <w:t xml:space="preserve"> Nee</w:t>
      </w:r>
      <w:bookmarkEnd w:id="0"/>
    </w:p>
    <w:sectPr w:rsidR="008D78EF" w:rsidRPr="00374925" w:rsidSect="00D444CE">
      <w:footerReference w:type="default" r:id="rId8"/>
      <w:pgSz w:w="12240" w:h="15840"/>
      <w:pgMar w:top="568" w:right="1325" w:bottom="1440" w:left="1276" w:header="720" w:footer="81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C5E3E6" w14:textId="77777777" w:rsidR="003A2B29" w:rsidRDefault="003A2B29">
      <w:pPr>
        <w:spacing w:after="0" w:line="240" w:lineRule="auto"/>
      </w:pPr>
      <w:r>
        <w:separator/>
      </w:r>
    </w:p>
  </w:endnote>
  <w:endnote w:type="continuationSeparator" w:id="0">
    <w:p w14:paraId="7626496C" w14:textId="77777777" w:rsidR="003A2B29" w:rsidRDefault="003A2B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B8C2D" w14:textId="04DD6874" w:rsidR="008D78EF" w:rsidRPr="00374925" w:rsidRDefault="00374925" w:rsidP="00374925">
    <w:pPr>
      <w:pStyle w:val="Voettekst"/>
      <w:jc w:val="center"/>
    </w:pPr>
    <w:r>
      <w:rPr>
        <w:noProof/>
      </w:rPr>
      <w:drawing>
        <wp:inline distT="0" distB="0" distL="0" distR="0" wp14:anchorId="47CCDC47" wp14:editId="3B465E96">
          <wp:extent cx="889000" cy="444500"/>
          <wp:effectExtent l="0" t="0" r="6350" b="0"/>
          <wp:docPr id="303422041" name="Afbeelding 1" descr="Afbeelding met tekst, Lettertype, logo, Graphics&#10;&#10;Door AI gegenereerde inhoud is mogelijk onjuis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7498171" name="Afbeelding 1" descr="Afbeelding met tekst, Lettertype, logo, Graphics&#10;&#10;Door AI gegenereerde inhoud is mogelijk onjuist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89000" cy="444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t xml:space="preserve">    </w:t>
    </w:r>
    <w:r>
      <w:rPr>
        <w:noProof/>
      </w:rPr>
      <w:drawing>
        <wp:inline distT="0" distB="0" distL="0" distR="0" wp14:anchorId="4CF8F1D2" wp14:editId="37950720">
          <wp:extent cx="1276350" cy="370141"/>
          <wp:effectExtent l="0" t="0" r="0" b="0"/>
          <wp:docPr id="1812903229" name="Afbeelding 2" descr="Afbeelding met Lettertype, logo, tekst, ontwerp&#10;&#10;Door AI gegenereerde inhoud is mogelijk onjuis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3404415" name="Afbeelding 2" descr="Afbeelding met Lettertype, logo, tekst, ontwerp&#10;&#10;Door AI gegenereerde inhoud is mogelijk onjuist.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99814" cy="3769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0D68437E" wp14:editId="42A9AE35">
          <wp:extent cx="1523998" cy="457200"/>
          <wp:effectExtent l="0" t="0" r="635" b="0"/>
          <wp:docPr id="889198174" name="Afbeelding 3" descr="Afbeelding met Lettertype, tekst, kalligrafie, Graphics&#10;&#10;Door AI gegenereerde inhoud is mogelijk onjuis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45047700" name="Afbeelding 3" descr="Afbeelding met Lettertype, tekst, kalligrafie, Graphics&#10;&#10;Door AI gegenereerde inhoud is mogelijk onjuist.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1536948" cy="4610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4C35F99A" wp14:editId="6804EDD0">
          <wp:extent cx="964992" cy="285750"/>
          <wp:effectExtent l="0" t="0" r="6985" b="0"/>
          <wp:docPr id="334635828" name="Afbeelding 4" descr="Afbeelding met tekst, Lettertype, Graphics, grafische vormgeving&#10;&#10;Door AI gegenereerde inhoud is mogelijk onjuis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6210019" name="Afbeelding 4" descr="Afbeelding met tekst, Lettertype, Graphics, grafische vormgeving&#10;&#10;Door AI gegenereerde inhoud is mogelijk onjuist."/>
                  <pic:cNvPicPr/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988069" cy="2925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t xml:space="preserve">      </w:t>
    </w:r>
    <w:r>
      <w:rPr>
        <w:noProof/>
      </w:rPr>
      <w:drawing>
        <wp:inline distT="0" distB="0" distL="0" distR="0" wp14:anchorId="0CC0B617" wp14:editId="4B2F0907">
          <wp:extent cx="1009650" cy="495360"/>
          <wp:effectExtent l="0" t="0" r="0" b="0"/>
          <wp:docPr id="1316994125" name="Afbeelding 6" descr="Afbeelding met tekst, Lettertype, Graphics, schermopname&#10;&#10;Door AI gegenereerde inhoud is mogelijk onjuis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91965774" name="Afbeelding 6" descr="Afbeelding met tekst, Lettertype, Graphics, schermopname&#10;&#10;Door AI gegenereerde inhoud is mogelijk onjuist."/>
                  <pic:cNvPicPr/>
                </pic:nvPicPr>
                <pic:blipFill>
                  <a:blip r:embed="rId5"/>
                  <a:stretch>
                    <a:fillRect/>
                  </a:stretch>
                </pic:blipFill>
                <pic:spPr>
                  <a:xfrm>
                    <a:off x="0" y="0"/>
                    <a:ext cx="1027401" cy="50406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4D65FC43" wp14:editId="47FBC4D7">
          <wp:extent cx="1209594" cy="584200"/>
          <wp:effectExtent l="0" t="0" r="0" b="6350"/>
          <wp:docPr id="385784980" name="Afbeelding 7" descr="Afbeelding met Graphics, grafische vormgeving, Lettertype, logo&#10;&#10;Door AI gegenereerde inhoud is mogelijk onjuis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483647" name="Afbeelding 7" descr="Afbeelding met Graphics, grafische vormgeving, Lettertype, logo&#10;&#10;Door AI gegenereerde inhoud is mogelijk onjuist."/>
                  <pic:cNvPicPr/>
                </pic:nvPicPr>
                <pic:blipFill>
                  <a:blip r:embed="rId6"/>
                  <a:stretch>
                    <a:fillRect/>
                  </a:stretch>
                </pic:blipFill>
                <pic:spPr>
                  <a:xfrm>
                    <a:off x="0" y="0"/>
                    <a:ext cx="1224528" cy="59141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</w:t>
    </w:r>
    <w:r>
      <w:rPr>
        <w:noProof/>
      </w:rPr>
      <w:drawing>
        <wp:inline distT="0" distB="0" distL="0" distR="0" wp14:anchorId="05295A71" wp14:editId="50FA2830">
          <wp:extent cx="585107" cy="571500"/>
          <wp:effectExtent l="0" t="0" r="5715" b="0"/>
          <wp:docPr id="2118243953" name="Afbeelding 8" descr="Afbeelding met kunst, Symmetrie, ontwerp&#10;&#10;Door AI gegenereerde inhoud is mogelijk onjuis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83555383" name="Afbeelding 8" descr="Afbeelding met kunst, Symmetrie, ontwerp&#10;&#10;Door AI gegenereerde inhoud is mogelijk onjuist."/>
                  <pic:cNvPicPr/>
                </pic:nvPicPr>
                <pic:blipFill>
                  <a:blip r:embed="rId7"/>
                  <a:stretch>
                    <a:fillRect/>
                  </a:stretch>
                </pic:blipFill>
                <pic:spPr>
                  <a:xfrm>
                    <a:off x="0" y="0"/>
                    <a:ext cx="594120" cy="5803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</w:t>
    </w:r>
    <w:r>
      <w:rPr>
        <w:noProof/>
      </w:rPr>
      <w:drawing>
        <wp:inline distT="0" distB="0" distL="0" distR="0" wp14:anchorId="02702953" wp14:editId="3F947CA1">
          <wp:extent cx="571500" cy="571500"/>
          <wp:effectExtent l="0" t="0" r="0" b="0"/>
          <wp:docPr id="1402566838" name="Afbeelding 9" descr="Afbeelding met Frisdrank, tekst, cirkel&#10;&#10;Door AI gegenereerde inhoud is mogelijk onjuis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52359877" name="Afbeelding 9" descr="Afbeelding met Frisdrank, tekst, cirkel&#10;&#10;Door AI gegenereerde inhoud is mogelijk onjuist."/>
                  <pic:cNvPicPr/>
                </pic:nvPicPr>
                <pic:blipFill>
                  <a:blip r:embed="rId8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</w:t>
    </w:r>
    <w:r>
      <w:rPr>
        <w:noProof/>
      </w:rPr>
      <w:drawing>
        <wp:inline distT="0" distB="0" distL="0" distR="0" wp14:anchorId="60C6D533" wp14:editId="4913C4F2">
          <wp:extent cx="1346200" cy="673100"/>
          <wp:effectExtent l="0" t="0" r="6350" b="0"/>
          <wp:docPr id="1209909391" name="Afbeelding 10" descr="Afbeelding met schermopname, ontwerp&#10;&#10;Door AI gegenereerde inhoud is mogelijk onjuis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7366742" name="Afbeelding 10" descr="Afbeelding met schermopname, ontwerp&#10;&#10;Door AI gegenereerde inhoud is mogelijk onjuist."/>
                  <pic:cNvPicPr/>
                </pic:nvPicPr>
                <pic:blipFill>
                  <a:blip r:embed="rId9"/>
                  <a:stretch>
                    <a:fillRect/>
                  </a:stretch>
                </pic:blipFill>
                <pic:spPr>
                  <a:xfrm>
                    <a:off x="0" y="0"/>
                    <a:ext cx="134620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8C4C25" w14:textId="77777777" w:rsidR="003A2B29" w:rsidRDefault="003A2B29">
      <w:pPr>
        <w:spacing w:after="0" w:line="240" w:lineRule="auto"/>
      </w:pPr>
      <w:r>
        <w:separator/>
      </w:r>
    </w:p>
  </w:footnote>
  <w:footnote w:type="continuationSeparator" w:id="0">
    <w:p w14:paraId="42E780C7" w14:textId="77777777" w:rsidR="003A2B29" w:rsidRDefault="003A2B2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jstnummering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jstnummering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jstopsomteken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jstopsomteken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jstnummering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jstopsomtek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246312603">
    <w:abstractNumId w:val="8"/>
  </w:num>
  <w:num w:numId="2" w16cid:durableId="1301767472">
    <w:abstractNumId w:val="6"/>
  </w:num>
  <w:num w:numId="3" w16cid:durableId="1928731106">
    <w:abstractNumId w:val="5"/>
  </w:num>
  <w:num w:numId="4" w16cid:durableId="215821172">
    <w:abstractNumId w:val="4"/>
  </w:num>
  <w:num w:numId="5" w16cid:durableId="1639257654">
    <w:abstractNumId w:val="7"/>
  </w:num>
  <w:num w:numId="6" w16cid:durableId="196430105">
    <w:abstractNumId w:val="3"/>
  </w:num>
  <w:num w:numId="7" w16cid:durableId="4481308">
    <w:abstractNumId w:val="2"/>
  </w:num>
  <w:num w:numId="8" w16cid:durableId="1147746450">
    <w:abstractNumId w:val="1"/>
  </w:num>
  <w:num w:numId="9" w16cid:durableId="780644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8"/>
  <w:proofState w:spelling="clean"/>
  <w:documentProtection w:edit="forms" w:enforcement="1" w:cryptProviderType="rsaAES" w:cryptAlgorithmClass="hash" w:cryptAlgorithmType="typeAny" w:cryptAlgorithmSid="14" w:cryptSpinCount="100000" w:hash="2svzGjmm9Q4dM0uVl6sQ1rBNrItEhqICZxoLSjXS6AONNNFNOob3skP3ufPJDfg8EVSlao/2d7BG8ozJOFzdwA==" w:salt="lEgV3VRQivmW8a7Zv8cP0Q==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53105"/>
    <w:rsid w:val="0006063C"/>
    <w:rsid w:val="000B54FC"/>
    <w:rsid w:val="00122342"/>
    <w:rsid w:val="0015074B"/>
    <w:rsid w:val="00156C11"/>
    <w:rsid w:val="00166149"/>
    <w:rsid w:val="00167A77"/>
    <w:rsid w:val="001E6B59"/>
    <w:rsid w:val="00235BFA"/>
    <w:rsid w:val="0029639D"/>
    <w:rsid w:val="00326F90"/>
    <w:rsid w:val="00363BC7"/>
    <w:rsid w:val="00374925"/>
    <w:rsid w:val="003A2B29"/>
    <w:rsid w:val="005356A9"/>
    <w:rsid w:val="00610C89"/>
    <w:rsid w:val="006E78E9"/>
    <w:rsid w:val="00700109"/>
    <w:rsid w:val="00727313"/>
    <w:rsid w:val="008D78EF"/>
    <w:rsid w:val="008E2B6A"/>
    <w:rsid w:val="009E1F3E"/>
    <w:rsid w:val="00A072E2"/>
    <w:rsid w:val="00A47892"/>
    <w:rsid w:val="00A55CEA"/>
    <w:rsid w:val="00A81EFC"/>
    <w:rsid w:val="00A97C46"/>
    <w:rsid w:val="00AA1D8D"/>
    <w:rsid w:val="00AB3A22"/>
    <w:rsid w:val="00B24EC1"/>
    <w:rsid w:val="00B25FA0"/>
    <w:rsid w:val="00B47730"/>
    <w:rsid w:val="00B50CCF"/>
    <w:rsid w:val="00CB0664"/>
    <w:rsid w:val="00D444CE"/>
    <w:rsid w:val="00D5614D"/>
    <w:rsid w:val="00D877F6"/>
    <w:rsid w:val="00E53EB6"/>
    <w:rsid w:val="00F33FA7"/>
    <w:rsid w:val="00FB1E89"/>
    <w:rsid w:val="00FC693F"/>
    <w:rsid w:val="00FD4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582CBC2"/>
  <w14:defaultImageDpi w14:val="300"/>
  <w15:docId w15:val="{27B41FAA-3115-417F-83DC-F309E3310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FC693F"/>
  </w:style>
  <w:style w:type="paragraph" w:styleId="Kop1">
    <w:name w:val="heading 1"/>
    <w:basedOn w:val="Standaard"/>
    <w:next w:val="Standaard"/>
    <w:link w:val="Kop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E618BF"/>
  </w:style>
  <w:style w:type="paragraph" w:styleId="Voettekst">
    <w:name w:val="footer"/>
    <w:basedOn w:val="Standaard"/>
    <w:link w:val="Voettekst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E618BF"/>
  </w:style>
  <w:style w:type="paragraph" w:styleId="Geenafstand">
    <w:name w:val="No Spacing"/>
    <w:uiPriority w:val="1"/>
    <w:qFormat/>
    <w:rsid w:val="00FC693F"/>
    <w:pPr>
      <w:spacing w:after="0" w:line="240" w:lineRule="auto"/>
    </w:pPr>
  </w:style>
  <w:style w:type="character" w:customStyle="1" w:styleId="Kop1Char">
    <w:name w:val="Kop 1 Char"/>
    <w:basedOn w:val="Standaardalinea-lettertype"/>
    <w:link w:val="Kop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el">
    <w:name w:val="Title"/>
    <w:basedOn w:val="Standaard"/>
    <w:next w:val="Standaard"/>
    <w:link w:val="Titel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jstalinea">
    <w:name w:val="List Paragraph"/>
    <w:basedOn w:val="Standaard"/>
    <w:uiPriority w:val="34"/>
    <w:qFormat/>
    <w:rsid w:val="00FC693F"/>
    <w:pPr>
      <w:ind w:left="720"/>
      <w:contextualSpacing/>
    </w:pPr>
  </w:style>
  <w:style w:type="paragraph" w:styleId="Plattetekst">
    <w:name w:val="Body Text"/>
    <w:basedOn w:val="Standaard"/>
    <w:link w:val="PlattetekstChar"/>
    <w:uiPriority w:val="99"/>
    <w:unhideWhenUsed/>
    <w:rsid w:val="00AA1D8D"/>
    <w:pPr>
      <w:spacing w:after="120"/>
    </w:pPr>
  </w:style>
  <w:style w:type="character" w:customStyle="1" w:styleId="PlattetekstChar">
    <w:name w:val="Platte tekst Char"/>
    <w:basedOn w:val="Standaardalinea-lettertype"/>
    <w:link w:val="Plattetekst"/>
    <w:uiPriority w:val="99"/>
    <w:rsid w:val="00AA1D8D"/>
  </w:style>
  <w:style w:type="paragraph" w:styleId="Plattetekst2">
    <w:name w:val="Body Text 2"/>
    <w:basedOn w:val="Standaard"/>
    <w:link w:val="Plattetekst2Char"/>
    <w:uiPriority w:val="99"/>
    <w:unhideWhenUsed/>
    <w:rsid w:val="00AA1D8D"/>
    <w:pPr>
      <w:spacing w:after="120" w:line="480" w:lineRule="auto"/>
    </w:pPr>
  </w:style>
  <w:style w:type="character" w:customStyle="1" w:styleId="Plattetekst2Char">
    <w:name w:val="Platte tekst 2 Char"/>
    <w:basedOn w:val="Standaardalinea-lettertype"/>
    <w:link w:val="Plattetekst2"/>
    <w:uiPriority w:val="99"/>
    <w:rsid w:val="00AA1D8D"/>
  </w:style>
  <w:style w:type="paragraph" w:styleId="Plattetekst3">
    <w:name w:val="Body Text 3"/>
    <w:basedOn w:val="Standaard"/>
    <w:link w:val="Platteteks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Plattetekst3Char">
    <w:name w:val="Platte tekst 3 Char"/>
    <w:basedOn w:val="Standaardalinea-lettertype"/>
    <w:link w:val="Plattetekst3"/>
    <w:uiPriority w:val="99"/>
    <w:rsid w:val="00AA1D8D"/>
    <w:rPr>
      <w:sz w:val="16"/>
      <w:szCs w:val="16"/>
    </w:rPr>
  </w:style>
  <w:style w:type="paragraph" w:styleId="Lijst">
    <w:name w:val="List"/>
    <w:basedOn w:val="Standaard"/>
    <w:uiPriority w:val="99"/>
    <w:unhideWhenUsed/>
    <w:rsid w:val="00AA1D8D"/>
    <w:pPr>
      <w:ind w:left="360" w:hanging="360"/>
      <w:contextualSpacing/>
    </w:pPr>
  </w:style>
  <w:style w:type="paragraph" w:styleId="Lijst2">
    <w:name w:val="List 2"/>
    <w:basedOn w:val="Standaard"/>
    <w:uiPriority w:val="99"/>
    <w:unhideWhenUsed/>
    <w:rsid w:val="00326F90"/>
    <w:pPr>
      <w:ind w:left="720" w:hanging="360"/>
      <w:contextualSpacing/>
    </w:pPr>
  </w:style>
  <w:style w:type="paragraph" w:styleId="Lijst3">
    <w:name w:val="List 3"/>
    <w:basedOn w:val="Standaard"/>
    <w:uiPriority w:val="99"/>
    <w:unhideWhenUsed/>
    <w:rsid w:val="00326F90"/>
    <w:pPr>
      <w:ind w:left="1080" w:hanging="360"/>
      <w:contextualSpacing/>
    </w:pPr>
  </w:style>
  <w:style w:type="paragraph" w:styleId="Lijstopsomteken">
    <w:name w:val="List Bullet"/>
    <w:basedOn w:val="Standaard"/>
    <w:uiPriority w:val="99"/>
    <w:unhideWhenUsed/>
    <w:rsid w:val="00326F90"/>
    <w:pPr>
      <w:numPr>
        <w:numId w:val="1"/>
      </w:numPr>
      <w:contextualSpacing/>
    </w:pPr>
  </w:style>
  <w:style w:type="paragraph" w:styleId="Lijstopsomteken2">
    <w:name w:val="List Bullet 2"/>
    <w:basedOn w:val="Standaard"/>
    <w:uiPriority w:val="99"/>
    <w:unhideWhenUsed/>
    <w:rsid w:val="00326F90"/>
    <w:pPr>
      <w:numPr>
        <w:numId w:val="2"/>
      </w:numPr>
      <w:contextualSpacing/>
    </w:pPr>
  </w:style>
  <w:style w:type="paragraph" w:styleId="Lijstopsomteken3">
    <w:name w:val="List Bullet 3"/>
    <w:basedOn w:val="Standaard"/>
    <w:uiPriority w:val="99"/>
    <w:unhideWhenUsed/>
    <w:rsid w:val="00326F90"/>
    <w:pPr>
      <w:numPr>
        <w:numId w:val="3"/>
      </w:numPr>
      <w:contextualSpacing/>
    </w:pPr>
  </w:style>
  <w:style w:type="paragraph" w:styleId="Lijstnummering">
    <w:name w:val="List Number"/>
    <w:basedOn w:val="Standaard"/>
    <w:uiPriority w:val="99"/>
    <w:unhideWhenUsed/>
    <w:rsid w:val="00326F90"/>
    <w:pPr>
      <w:numPr>
        <w:numId w:val="5"/>
      </w:numPr>
      <w:contextualSpacing/>
    </w:pPr>
  </w:style>
  <w:style w:type="paragraph" w:styleId="Lijstnummering2">
    <w:name w:val="List Number 2"/>
    <w:basedOn w:val="Standaard"/>
    <w:uiPriority w:val="99"/>
    <w:unhideWhenUsed/>
    <w:rsid w:val="0029639D"/>
    <w:pPr>
      <w:numPr>
        <w:numId w:val="6"/>
      </w:numPr>
      <w:contextualSpacing/>
    </w:pPr>
  </w:style>
  <w:style w:type="paragraph" w:styleId="Lijstnummering3">
    <w:name w:val="List Number 3"/>
    <w:basedOn w:val="Standaard"/>
    <w:uiPriority w:val="99"/>
    <w:unhideWhenUsed/>
    <w:rsid w:val="0029639D"/>
    <w:pPr>
      <w:numPr>
        <w:numId w:val="7"/>
      </w:numPr>
      <w:contextualSpacing/>
    </w:pPr>
  </w:style>
  <w:style w:type="paragraph" w:styleId="Lijstvoortzetting">
    <w:name w:val="List Continue"/>
    <w:basedOn w:val="Standaard"/>
    <w:uiPriority w:val="99"/>
    <w:unhideWhenUsed/>
    <w:rsid w:val="0029639D"/>
    <w:pPr>
      <w:spacing w:after="120"/>
      <w:ind w:left="360"/>
      <w:contextualSpacing/>
    </w:pPr>
  </w:style>
  <w:style w:type="paragraph" w:styleId="Lijstvoortzetting2">
    <w:name w:val="List Continue 2"/>
    <w:basedOn w:val="Standaard"/>
    <w:uiPriority w:val="99"/>
    <w:unhideWhenUsed/>
    <w:rsid w:val="0029639D"/>
    <w:pPr>
      <w:spacing w:after="120"/>
      <w:ind w:left="720"/>
      <w:contextualSpacing/>
    </w:pPr>
  </w:style>
  <w:style w:type="paragraph" w:styleId="Lijstvoortzetting3">
    <w:name w:val="List Continue 3"/>
    <w:basedOn w:val="Standaard"/>
    <w:uiPriority w:val="99"/>
    <w:unhideWhenUsed/>
    <w:rsid w:val="0029639D"/>
    <w:pPr>
      <w:spacing w:after="120"/>
      <w:ind w:left="1080"/>
      <w:contextualSpacing/>
    </w:pPr>
  </w:style>
  <w:style w:type="paragraph" w:styleId="Macrotekst">
    <w:name w:val="macro"/>
    <w:link w:val="Macroteks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kstChar">
    <w:name w:val="Macrotekst Char"/>
    <w:basedOn w:val="Standaardalinea-lettertype"/>
    <w:link w:val="Macrotekst"/>
    <w:uiPriority w:val="99"/>
    <w:rsid w:val="0029639D"/>
    <w:rPr>
      <w:rFonts w:ascii="Courier" w:hAnsi="Courier"/>
      <w:sz w:val="20"/>
      <w:szCs w:val="20"/>
    </w:rPr>
  </w:style>
  <w:style w:type="paragraph" w:styleId="Citaat">
    <w:name w:val="Quote"/>
    <w:basedOn w:val="Standaard"/>
    <w:next w:val="Standaard"/>
    <w:link w:val="CitaatChar"/>
    <w:uiPriority w:val="29"/>
    <w:qFormat/>
    <w:rsid w:val="00FC693F"/>
    <w:rPr>
      <w:i/>
      <w:iCs/>
      <w:color w:val="000000" w:themeColor="text1"/>
    </w:rPr>
  </w:style>
  <w:style w:type="character" w:customStyle="1" w:styleId="CitaatChar">
    <w:name w:val="Citaat Char"/>
    <w:basedOn w:val="Standaardalinea-lettertype"/>
    <w:link w:val="Citaat"/>
    <w:uiPriority w:val="29"/>
    <w:rsid w:val="00FC693F"/>
    <w:rPr>
      <w:i/>
      <w:iCs/>
      <w:color w:val="000000" w:themeColor="text1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Zwaar">
    <w:name w:val="Strong"/>
    <w:basedOn w:val="Standaardalinea-lettertype"/>
    <w:uiPriority w:val="22"/>
    <w:qFormat/>
    <w:rsid w:val="00FC693F"/>
    <w:rPr>
      <w:b/>
      <w:bCs/>
    </w:rPr>
  </w:style>
  <w:style w:type="character" w:styleId="Nadruk">
    <w:name w:val="Emphasis"/>
    <w:basedOn w:val="Standaardalinea-lettertype"/>
    <w:uiPriority w:val="20"/>
    <w:qFormat/>
    <w:rsid w:val="00FC693F"/>
    <w:rPr>
      <w:i/>
      <w:iCs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FC693F"/>
    <w:rPr>
      <w:b/>
      <w:bCs/>
      <w:i/>
      <w:iCs/>
      <w:color w:val="4F81BD" w:themeColor="accent1"/>
    </w:rPr>
  </w:style>
  <w:style w:type="character" w:styleId="Subtielebenadrukking">
    <w:name w:val="Subtle Emphasis"/>
    <w:basedOn w:val="Standaardalinea-lettertype"/>
    <w:uiPriority w:val="19"/>
    <w:qFormat/>
    <w:rsid w:val="00FC693F"/>
    <w:rPr>
      <w:i/>
      <w:iCs/>
      <w:color w:val="808080" w:themeColor="text1" w:themeTint="7F"/>
    </w:rPr>
  </w:style>
  <w:style w:type="character" w:styleId="Intensievebenadrukking">
    <w:name w:val="Intense Emphasis"/>
    <w:basedOn w:val="Standaardalinea-lettertype"/>
    <w:uiPriority w:val="21"/>
    <w:qFormat/>
    <w:rsid w:val="00FC693F"/>
    <w:rPr>
      <w:b/>
      <w:bCs/>
      <w:i/>
      <w:iCs/>
      <w:color w:val="4F81BD" w:themeColor="accent1"/>
    </w:rPr>
  </w:style>
  <w:style w:type="character" w:styleId="Subtieleverwijzing">
    <w:name w:val="Subtle Reference"/>
    <w:basedOn w:val="Standaardalinea-lettertype"/>
    <w:uiPriority w:val="31"/>
    <w:qFormat/>
    <w:rsid w:val="00FC693F"/>
    <w:rPr>
      <w:smallCaps/>
      <w:color w:val="C0504D" w:themeColor="accent2"/>
      <w:u w:val="single"/>
    </w:rPr>
  </w:style>
  <w:style w:type="character" w:styleId="Intensieveverwijzing">
    <w:name w:val="Intense Reference"/>
    <w:basedOn w:val="Standaardalinea-lettertype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elvanboek">
    <w:name w:val="Book Title"/>
    <w:basedOn w:val="Standaardalinea-lettertype"/>
    <w:uiPriority w:val="33"/>
    <w:qFormat/>
    <w:rsid w:val="00FC693F"/>
    <w:rPr>
      <w:b/>
      <w:bCs/>
      <w:smallCaps/>
      <w:spacing w:val="5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FC693F"/>
    <w:pPr>
      <w:outlineLvl w:val="9"/>
    </w:pPr>
  </w:style>
  <w:style w:type="table" w:styleId="Tabelraster">
    <w:name w:val="Table Grid"/>
    <w:basedOn w:val="Standaardtabe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chtearcering">
    <w:name w:val="Light Shading"/>
    <w:basedOn w:val="Standaardtabe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chtearcering-accent1">
    <w:name w:val="Light Shading Accent 1"/>
    <w:basedOn w:val="Standaardtabe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chtearcering-accent2">
    <w:name w:val="Light Shading Accent 2"/>
    <w:basedOn w:val="Standaardtabe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chtearcering-accent3">
    <w:name w:val="Light Shading Accent 3"/>
    <w:basedOn w:val="Standaardtabe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chtearcering-accent4">
    <w:name w:val="Light Shading Accent 4"/>
    <w:basedOn w:val="Standaardtabe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chtearcering-accent5">
    <w:name w:val="Light Shading Accent 5"/>
    <w:basedOn w:val="Standaardtabe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chtearcering-accent6">
    <w:name w:val="Light Shading Accent 6"/>
    <w:basedOn w:val="Standaardtabe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chtelijst">
    <w:name w:val="Light List"/>
    <w:basedOn w:val="Standaardtabe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chtelijst-accent1">
    <w:name w:val="Light List Accent 1"/>
    <w:basedOn w:val="Standaardtabe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chtelijst-accent2">
    <w:name w:val="Light List Accent 2"/>
    <w:basedOn w:val="Standaardtabe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chtelijst-accent3">
    <w:name w:val="Light List Accent 3"/>
    <w:basedOn w:val="Standaardtabe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chtelijst-accent4">
    <w:name w:val="Light List Accent 4"/>
    <w:basedOn w:val="Standaardtabe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chtelijst-accent5">
    <w:name w:val="Light List Accent 5"/>
    <w:basedOn w:val="Standaardtabe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chtelijst-accent6">
    <w:name w:val="Light List Accent 6"/>
    <w:basedOn w:val="Standaardtabe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chtraster">
    <w:name w:val="Light Grid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chtraster-accent1">
    <w:name w:val="Light Grid Accent 1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chtraster-accent2">
    <w:name w:val="Light Grid Accent 2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chtraster-accent3">
    <w:name w:val="Light Grid Accent 3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chtraster-accent4">
    <w:name w:val="Light Grid Accent 4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chtraster-accent5">
    <w:name w:val="Light Grid Accent 5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chtraster-accent6">
    <w:name w:val="Light Grid Accent 6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Gemiddeldearcering1">
    <w:name w:val="Medium Shading 1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1">
    <w:name w:val="Medium Shading 1 Accent 1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2">
    <w:name w:val="Medium Shading 1 Accent 2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3">
    <w:name w:val="Medium Shading 1 Accent 3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4">
    <w:name w:val="Medium Shading 1 Accent 4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5">
    <w:name w:val="Medium Shading 1 Accent 5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6">
    <w:name w:val="Medium Shading 1 Accent 6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2">
    <w:name w:val="Medium Shading 2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1">
    <w:name w:val="Medium Shading 2 Accent 1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2">
    <w:name w:val="Medium Shading 2 Accent 2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3">
    <w:name w:val="Medium Shading 2 Accent 3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4">
    <w:name w:val="Medium Shading 2 Accent 4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5">
    <w:name w:val="Medium Shading 2 Accent 5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6">
    <w:name w:val="Medium Shading 2 Accent 6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lijst1">
    <w:name w:val="Medium List 1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Gemiddeldelijst1-accent1">
    <w:name w:val="Medium List 1 Accent 1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Gemiddeldelijst1-accent2">
    <w:name w:val="Medium List 1 Accent 2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Gemiddeldelijst1-accent3">
    <w:name w:val="Medium List 1 Accent 3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Gemiddeldelijst1-accent4">
    <w:name w:val="Medium List 1 Accent 4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Gemiddeldelijst1-accent5">
    <w:name w:val="Medium List 1 Accent 5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Gemiddeldelijst1-accent6">
    <w:name w:val="Medium List 1 Accent 6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Gemiddeldelijst2">
    <w:name w:val="Medium List 2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1">
    <w:name w:val="Medium List 2 Accent 1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2">
    <w:name w:val="Medium List 2 Accent 2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3">
    <w:name w:val="Medium List 2 Accent 3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4">
    <w:name w:val="Medium List 2 Accent 4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5">
    <w:name w:val="Medium List 2 Accent 5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6">
    <w:name w:val="Medium List 2 Accent 6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raster1">
    <w:name w:val="Medium Grid 1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emiddeldraster1-accent1">
    <w:name w:val="Medium Grid 1 Accent 1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emiddeldraster1-accent2">
    <w:name w:val="Medium Grid 1 Accent 2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emiddeldraster1-accent3">
    <w:name w:val="Medium Grid 1 Accent 3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emiddeldraster1-accent4">
    <w:name w:val="Medium Grid 1 Accent 4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emiddeldraster1-accent5">
    <w:name w:val="Medium Grid 1 Accent 5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emiddeldraster1-accent6">
    <w:name w:val="Medium Grid 1 Accent 6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emiddeldraster2">
    <w:name w:val="Medium Grid 2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1">
    <w:name w:val="Medium Grid 2 Accent 1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2">
    <w:name w:val="Medium Grid 2 Accent 2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3">
    <w:name w:val="Medium Grid 2 Accent 3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4">
    <w:name w:val="Medium Grid 2 Accent 4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5">
    <w:name w:val="Medium Grid 2 Accent 5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6">
    <w:name w:val="Medium Grid 2 Accent 6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3">
    <w:name w:val="Medium Grid 3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emiddeldraster3-accent1">
    <w:name w:val="Medium Grid 3 Accent 1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emiddeldraster3-accent2">
    <w:name w:val="Medium Grid 3 Accent 2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emiddeldraster3-accent3">
    <w:name w:val="Medium Grid 3 Accent 3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emiddeldraster3-accent4">
    <w:name w:val="Medium Grid 3 Accent 4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emiddeldraster3-accent5">
    <w:name w:val="Medium Grid 3 Accent 5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emiddeldraster3-accent6">
    <w:name w:val="Medium Grid 3 Accent 6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onkerelijst">
    <w:name w:val="Dark List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onkerelijst-accent1">
    <w:name w:val="Dark List Accent 1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onkerelijst-accent2">
    <w:name w:val="Dark List Accent 2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onkerelijst-accent3">
    <w:name w:val="Dark List Accent 3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onkerelijst-accent4">
    <w:name w:val="Dark List Accent 4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onkerelijst-accent5">
    <w:name w:val="Dark List Accent 5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onkerelijst-accent6">
    <w:name w:val="Dark List Accent 6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Kleurrijkearcering">
    <w:name w:val="Colorful Shading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1">
    <w:name w:val="Colorful Shading Accent 1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2">
    <w:name w:val="Colorful Shading Accent 2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3">
    <w:name w:val="Colorful Shading Accent 3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leurrijkearcering-accent4">
    <w:name w:val="Colorful Shading Accent 4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5">
    <w:name w:val="Colorful Shading Accent 5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6">
    <w:name w:val="Colorful Shading Accent 6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lijst">
    <w:name w:val="Colorful List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Kleurrijkelijst-accent1">
    <w:name w:val="Colorful List Accent 1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Kleurrijkelijst-accent2">
    <w:name w:val="Colorful List Accent 2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Kleurrijkelijst-accent3">
    <w:name w:val="Colorful List Accent 3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Kleurrijkelijst-accent4">
    <w:name w:val="Colorful List Accent 4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Kleurrijkelijst-accent5">
    <w:name w:val="Colorful List Accent 5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Kleurrijkelijst-accent6">
    <w:name w:val="Colorful List Accent 6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Kleurrijkraster">
    <w:name w:val="Colorful Grid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Kleurrijkraster-accent1">
    <w:name w:val="Colorful Grid Accent 1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Kleurrijkraster-accent2">
    <w:name w:val="Colorful Grid Accent 2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Kleurrijkraster-accent3">
    <w:name w:val="Colorful Grid Accent 3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leurrijkraster-accent4">
    <w:name w:val="Colorful Grid Accent 4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Kleurrijkraster-accent5">
    <w:name w:val="Colorful Grid Accent 5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Kleurrijkraster-accent6">
    <w:name w:val="Colorful Grid Accent 6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Tekstvantijdelijkeaanduiding">
    <w:name w:val="Placeholder Text"/>
    <w:basedOn w:val="Standaardalinea-lettertype"/>
    <w:uiPriority w:val="99"/>
    <w:semiHidden/>
    <w:rsid w:val="00167A77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jp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Relationship Id="rId9" Type="http://schemas.openxmlformats.org/officeDocument/2006/relationships/image" Target="media/image9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801871DA-2559-4B00-BCBA-AE24A8789BCC}"/>
      </w:docPartPr>
      <w:docPartBody>
        <w:p w:rsidR="003260D4" w:rsidRDefault="001F4661">
          <w:r w:rsidRPr="00CB3486">
            <w:rPr>
              <w:rStyle w:val="Tekstvantijdelijkeaanduiding"/>
            </w:rPr>
            <w:t>Klik of tik om tekst in te voeren.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4661"/>
    <w:rsid w:val="001F4661"/>
    <w:rsid w:val="003260D4"/>
    <w:rsid w:val="00363BC7"/>
    <w:rsid w:val="005A3540"/>
    <w:rsid w:val="006E78E9"/>
    <w:rsid w:val="00727313"/>
    <w:rsid w:val="00932812"/>
    <w:rsid w:val="00992ADE"/>
    <w:rsid w:val="00AB3A22"/>
    <w:rsid w:val="00AF5F21"/>
    <w:rsid w:val="00B25FA0"/>
    <w:rsid w:val="00EE5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nl-NL" w:eastAsia="nl-N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1F4661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D817178-146E-46D9-BB3F-73CB977F50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415</Words>
  <Characters>2287</Characters>
  <Application>Microsoft Office Word</Application>
  <DocSecurity>0</DocSecurity>
  <Lines>19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2697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Sylvia Van Dijk</cp:lastModifiedBy>
  <cp:revision>4</cp:revision>
  <dcterms:created xsi:type="dcterms:W3CDTF">2025-09-16T21:00:00Z</dcterms:created>
  <dcterms:modified xsi:type="dcterms:W3CDTF">2025-09-16T21:16:00Z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d152cbb-2672-4f28-bdc8-9314e0e5a631_Enabled">
    <vt:lpwstr>true</vt:lpwstr>
  </property>
  <property fmtid="{D5CDD505-2E9C-101B-9397-08002B2CF9AE}" pid="3" name="MSIP_Label_5d152cbb-2672-4f28-bdc8-9314e0e5a631_SetDate">
    <vt:lpwstr>2025-06-16T10:53:57Z</vt:lpwstr>
  </property>
  <property fmtid="{D5CDD505-2E9C-101B-9397-08002B2CF9AE}" pid="4" name="MSIP_Label_5d152cbb-2672-4f28-bdc8-9314e0e5a631_Method">
    <vt:lpwstr>Standard</vt:lpwstr>
  </property>
  <property fmtid="{D5CDD505-2E9C-101B-9397-08002B2CF9AE}" pid="5" name="MSIP_Label_5d152cbb-2672-4f28-bdc8-9314e0e5a631_Name">
    <vt:lpwstr>Intern</vt:lpwstr>
  </property>
  <property fmtid="{D5CDD505-2E9C-101B-9397-08002B2CF9AE}" pid="6" name="MSIP_Label_5d152cbb-2672-4f28-bdc8-9314e0e5a631_SiteId">
    <vt:lpwstr>75397285-be72-4b69-b401-97fedb58a1c3</vt:lpwstr>
  </property>
  <property fmtid="{D5CDD505-2E9C-101B-9397-08002B2CF9AE}" pid="7" name="MSIP_Label_5d152cbb-2672-4f28-bdc8-9314e0e5a631_ActionId">
    <vt:lpwstr>3c6fac3e-958e-4350-8a6e-38cf5d5a2723</vt:lpwstr>
  </property>
  <property fmtid="{D5CDD505-2E9C-101B-9397-08002B2CF9AE}" pid="8" name="MSIP_Label_5d152cbb-2672-4f28-bdc8-9314e0e5a631_ContentBits">
    <vt:lpwstr>0</vt:lpwstr>
  </property>
  <property fmtid="{D5CDD505-2E9C-101B-9397-08002B2CF9AE}" pid="9" name="MSIP_Label_5d152cbb-2672-4f28-bdc8-9314e0e5a631_Tag">
    <vt:lpwstr>10, 3, 0, 1</vt:lpwstr>
  </property>
</Properties>
</file>